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67277" w14:textId="77777777" w:rsidR="00255D89" w:rsidRPr="007F12B5" w:rsidRDefault="007F12B5">
      <w:pPr>
        <w:jc w:val="center"/>
        <w:rPr>
          <w:lang w:val="es-MX"/>
        </w:rPr>
      </w:pPr>
      <w:r w:rsidRPr="007F12B5">
        <w:rPr>
          <w:lang w:val="es-MX"/>
        </w:rPr>
        <w:t>CARRERA: ....................................................</w:t>
      </w:r>
    </w:p>
    <w:p w14:paraId="1C52004F" w14:textId="77777777" w:rsidR="00255D89" w:rsidRPr="007F12B5" w:rsidRDefault="007F12B5">
      <w:pPr>
        <w:jc w:val="center"/>
        <w:rPr>
          <w:lang w:val="es-MX"/>
        </w:rPr>
      </w:pPr>
      <w:r w:rsidRPr="007F12B5">
        <w:rPr>
          <w:lang w:val="es-MX"/>
        </w:rPr>
        <w:br/>
      </w:r>
      <w:r w:rsidRPr="007F12B5">
        <w:rPr>
          <w:lang w:val="es-MX"/>
        </w:rPr>
        <w:br/>
        <w:t>TÍTULO DEL TRABAJO FINAL</w:t>
      </w:r>
    </w:p>
    <w:p w14:paraId="10E293F5" w14:textId="1F1FA760" w:rsidR="00255D89" w:rsidRPr="007F12B5" w:rsidRDefault="007F12B5">
      <w:pPr>
        <w:jc w:val="center"/>
        <w:rPr>
          <w:lang w:val="es-MX"/>
        </w:rPr>
      </w:pPr>
      <w:r w:rsidRPr="007F12B5">
        <w:rPr>
          <w:lang w:val="es-MX"/>
        </w:rPr>
        <w:t>“</w:t>
      </w:r>
      <w:r w:rsidR="003C21D4">
        <w:rPr>
          <w:lang w:val="es-MX"/>
        </w:rPr>
        <w:t>”</w:t>
      </w:r>
    </w:p>
    <w:p w14:paraId="5F52D124" w14:textId="77777777" w:rsidR="00255D89" w:rsidRPr="003C21D4" w:rsidRDefault="007F12B5">
      <w:pPr>
        <w:jc w:val="center"/>
        <w:rPr>
          <w:lang w:val="es-AR"/>
        </w:rPr>
      </w:pPr>
      <w:r w:rsidRPr="007F12B5">
        <w:rPr>
          <w:lang w:val="es-MX"/>
        </w:rPr>
        <w:br/>
      </w:r>
      <w:r w:rsidRPr="003C21D4">
        <w:rPr>
          <w:lang w:val="es-AR"/>
        </w:rPr>
        <w:t>Autor: ....................................................</w:t>
      </w:r>
    </w:p>
    <w:p w14:paraId="072E3DF1" w14:textId="77777777" w:rsidR="00255D89" w:rsidRPr="003C21D4" w:rsidRDefault="007F12B5">
      <w:pPr>
        <w:jc w:val="center"/>
        <w:rPr>
          <w:lang w:val="es-AR"/>
        </w:rPr>
      </w:pPr>
      <w:r w:rsidRPr="003C21D4">
        <w:rPr>
          <w:lang w:val="es-AR"/>
        </w:rPr>
        <w:t>Asesor: ....................................................</w:t>
      </w:r>
    </w:p>
    <w:p w14:paraId="140AF8E8" w14:textId="77777777" w:rsidR="00255D89" w:rsidRPr="003C21D4" w:rsidRDefault="007F12B5">
      <w:pPr>
        <w:jc w:val="center"/>
        <w:rPr>
          <w:lang w:val="es-AR"/>
        </w:rPr>
      </w:pPr>
      <w:r w:rsidRPr="003C21D4">
        <w:rPr>
          <w:lang w:val="es-AR"/>
        </w:rPr>
        <w:t>Año: ....................</w:t>
      </w:r>
    </w:p>
    <w:p w14:paraId="03FB9229" w14:textId="77777777" w:rsidR="00255D89" w:rsidRPr="003C21D4" w:rsidRDefault="007F12B5">
      <w:pPr>
        <w:rPr>
          <w:lang w:val="es-AR"/>
        </w:rPr>
      </w:pPr>
      <w:r w:rsidRPr="003C21D4">
        <w:rPr>
          <w:lang w:val="es-AR"/>
        </w:rPr>
        <w:br w:type="page"/>
      </w:r>
    </w:p>
    <w:p w14:paraId="6522D302" w14:textId="77777777" w:rsidR="00255D89" w:rsidRPr="007F12B5" w:rsidRDefault="007F12B5">
      <w:pPr>
        <w:pStyle w:val="Ttulo1"/>
        <w:rPr>
          <w:lang w:val="es-MX"/>
        </w:rPr>
      </w:pPr>
      <w:r w:rsidRPr="007F12B5">
        <w:rPr>
          <w:lang w:val="es-MX"/>
        </w:rPr>
        <w:lastRenderedPageBreak/>
        <w:t>ÍNDICE</w:t>
      </w:r>
    </w:p>
    <w:p w14:paraId="0405E2B3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1. Resumen</w:t>
      </w:r>
    </w:p>
    <w:p w14:paraId="70D6A0E0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2. Introducción</w:t>
      </w:r>
    </w:p>
    <w:p w14:paraId="74E6A5E3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3. Propósito y Alcance del Proyecto</w:t>
      </w:r>
    </w:p>
    <w:p w14:paraId="4F76E0B0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4. Planteamiento del Problema</w:t>
      </w:r>
    </w:p>
    <w:p w14:paraId="1E969715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5. Objetivos Generales y Específicos</w:t>
      </w:r>
    </w:p>
    <w:p w14:paraId="122EBDA0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6. Marco Teórico</w:t>
      </w:r>
    </w:p>
    <w:p w14:paraId="262D510F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7. Metodología</w:t>
      </w:r>
    </w:p>
    <w:p w14:paraId="338B6D30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8. Viabilidad del Proyecto</w:t>
      </w:r>
    </w:p>
    <w:p w14:paraId="06E8A1E2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9. Plan de Actividades y Cronograma</w:t>
      </w:r>
    </w:p>
    <w:p w14:paraId="25970D9B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10. Resultados Esperados</w:t>
      </w:r>
    </w:p>
    <w:p w14:paraId="2EF1B71F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11. Resultados Obtenidos y Análisis</w:t>
      </w:r>
    </w:p>
    <w:p w14:paraId="0A0AE280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12. Conclusiones</w:t>
      </w:r>
    </w:p>
    <w:p w14:paraId="5EA011DA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13. Referencias Bibliográficas</w:t>
      </w:r>
    </w:p>
    <w:p w14:paraId="3DD9D1BB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14. Anexos</w:t>
      </w:r>
    </w:p>
    <w:p w14:paraId="684FBE3C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br w:type="page"/>
      </w:r>
    </w:p>
    <w:p w14:paraId="5641F2B1" w14:textId="77777777" w:rsidR="00255D89" w:rsidRPr="007F12B5" w:rsidRDefault="007F12B5">
      <w:pPr>
        <w:pStyle w:val="Ttulo1"/>
        <w:rPr>
          <w:lang w:val="es-MX"/>
        </w:rPr>
      </w:pPr>
      <w:r w:rsidRPr="007F12B5">
        <w:rPr>
          <w:lang w:val="es-MX"/>
        </w:rPr>
        <w:lastRenderedPageBreak/>
        <w:t>Resumen</w:t>
      </w:r>
    </w:p>
    <w:p w14:paraId="3B08438C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En este trabajo se desarrolla un sistema web destinado a gestionar y hacer seguimiento de los trabajos finales del Departamento de Informática de la FTyCA – UNCa. Se aplican metodologías PMBOK y RUP para integrar la gestión del proyecto con el proceso de desarrollo de software. Se presentan los resultados obtenidos y las conclusiones sobre la mejora de la trazabilidad, eficiencia y control institucional.</w:t>
      </w:r>
    </w:p>
    <w:p w14:paraId="47142421" w14:textId="77777777" w:rsidR="00255D89" w:rsidRPr="003C21D4" w:rsidRDefault="007F12B5">
      <w:pPr>
        <w:rPr>
          <w:lang w:val="es-AR"/>
        </w:rPr>
      </w:pPr>
      <w:r>
        <w:t>💡</w:t>
      </w:r>
      <w:r w:rsidRPr="007F12B5">
        <w:rPr>
          <w:lang w:val="es-MX"/>
        </w:rPr>
        <w:t xml:space="preserve"> Este apartado resume brevemente qué se hizo, cómo se hizo, con qué metodología y qué resultados se obtuvieron. </w:t>
      </w:r>
      <w:r w:rsidRPr="003C21D4">
        <w:rPr>
          <w:lang w:val="es-AR"/>
        </w:rPr>
        <w:t>Responde al 'qué' general del proyecto.</w:t>
      </w:r>
    </w:p>
    <w:p w14:paraId="6ABAF0C2" w14:textId="77777777" w:rsidR="00255D89" w:rsidRPr="003C21D4" w:rsidRDefault="007F12B5">
      <w:pPr>
        <w:rPr>
          <w:lang w:val="es-AR"/>
        </w:rPr>
      </w:pPr>
      <w:r w:rsidRPr="003C21D4">
        <w:rPr>
          <w:lang w:val="es-AR"/>
        </w:rPr>
        <w:br/>
      </w:r>
    </w:p>
    <w:p w14:paraId="20B33C76" w14:textId="77777777" w:rsidR="00255D89" w:rsidRPr="003C21D4" w:rsidRDefault="007F12B5">
      <w:pPr>
        <w:pStyle w:val="Ttulo1"/>
        <w:rPr>
          <w:lang w:val="es-AR"/>
        </w:rPr>
      </w:pPr>
      <w:r w:rsidRPr="003C21D4">
        <w:rPr>
          <w:lang w:val="es-AR"/>
        </w:rPr>
        <w:t>Introducción</w:t>
      </w:r>
    </w:p>
    <w:p w14:paraId="1723499F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El presente trabajo surge ante la necesidad del Departamento de Informática de la FTyCA – UNCa de contar con una herramienta tecnológica que permita organizar, controlar y hacer seguimiento de los trabajos finales de los alumnos. El incremento del número de estudiantes y la complejidad del proceso administrativo generaron la necesidad de informatizarlo. Este documento describe la aplicación de la metodología PMBOK para la gestión del proyecto y RUP para su desarrollo, obteniendo una solución integrada que mejora la planificación, el control y la calidad de la información.</w:t>
      </w:r>
    </w:p>
    <w:p w14:paraId="3FCC0891" w14:textId="77777777" w:rsidR="00255D89" w:rsidRPr="007F12B5" w:rsidRDefault="007F12B5">
      <w:pPr>
        <w:rPr>
          <w:lang w:val="es-MX"/>
        </w:rPr>
      </w:pPr>
      <w:r>
        <w:t>💡</w:t>
      </w:r>
      <w:r w:rsidRPr="007F12B5">
        <w:rPr>
          <w:lang w:val="es-MX"/>
        </w:rPr>
        <w:t xml:space="preserve"> Este apartado responde al 'por qué' del proyecto: explica el contexto, la importancia y los motivos que justifican su realización.</w:t>
      </w:r>
    </w:p>
    <w:p w14:paraId="1171782C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br/>
      </w:r>
    </w:p>
    <w:p w14:paraId="491BED20" w14:textId="77777777" w:rsidR="00255D89" w:rsidRPr="007F12B5" w:rsidRDefault="007F12B5">
      <w:pPr>
        <w:pStyle w:val="Ttulo1"/>
        <w:rPr>
          <w:lang w:val="es-MX"/>
        </w:rPr>
      </w:pPr>
      <w:r w:rsidRPr="007F12B5">
        <w:rPr>
          <w:lang w:val="es-MX"/>
        </w:rPr>
        <w:t>Propósito y Alcance del Proyecto</w:t>
      </w:r>
    </w:p>
    <w:p w14:paraId="4F64C6DB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Propósito: El propósito de este trabajo es brindar una solución tecnológica que mejore la eficiencia, trazabilidad y control del proceso de gestión de trabajos finales en el Departamento de Informática de la FTyCA – UNCa. Se busca integrar las tareas administrativas y académicas en una única plataforma digital que facilite la gestión documental, el seguimiento de los alumnos y la comunicación institucional.</w:t>
      </w:r>
      <w:r w:rsidRPr="007F12B5">
        <w:rPr>
          <w:lang w:val="es-MX"/>
        </w:rPr>
        <w:br/>
      </w:r>
      <w:r w:rsidRPr="007F12B5">
        <w:rPr>
          <w:lang w:val="es-MX"/>
        </w:rPr>
        <w:br/>
        <w:t>Alcance: El proyecto abarca el desarrollo de un sistema web que permita registrar, controlar y hacer seguimiento de los trabajos finales, incluyendo la carga de información de alumnos, directores, avances, informes y evaluaciones. No se abordan aspectos pedagógicos ni la evaluación académica de los contenidos del trabajo final. El alcance metodológico incluye la gestión del proyecto bajo PMBOK y el desarrollo técnico bajo RUP.</w:t>
      </w:r>
    </w:p>
    <w:p w14:paraId="682D9E6A" w14:textId="77777777" w:rsidR="00255D89" w:rsidRPr="007F12B5" w:rsidRDefault="007F12B5">
      <w:pPr>
        <w:rPr>
          <w:lang w:val="es-MX"/>
        </w:rPr>
      </w:pPr>
      <w:r>
        <w:lastRenderedPageBreak/>
        <w:t>💡</w:t>
      </w:r>
      <w:r w:rsidRPr="007F12B5">
        <w:rPr>
          <w:lang w:val="es-MX"/>
        </w:rPr>
        <w:t xml:space="preserve"> Este apartado responde al 'para qué' y 'hasta dónde' llega el proyecto: define la finalidad general y los límites del trabajo.</w:t>
      </w:r>
    </w:p>
    <w:p w14:paraId="39234710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br/>
      </w:r>
    </w:p>
    <w:p w14:paraId="196A02A3" w14:textId="77777777" w:rsidR="00255D89" w:rsidRPr="003C21D4" w:rsidRDefault="007F12B5">
      <w:pPr>
        <w:pStyle w:val="Ttulo1"/>
        <w:rPr>
          <w:lang w:val="es-AR"/>
        </w:rPr>
      </w:pPr>
      <w:r w:rsidRPr="003C21D4">
        <w:rPr>
          <w:lang w:val="es-AR"/>
        </w:rPr>
        <w:t>Planteamiento del Problema</w:t>
      </w:r>
    </w:p>
    <w:p w14:paraId="12F3E82E" w14:textId="77777777" w:rsidR="00255D89" w:rsidRPr="007F12B5" w:rsidRDefault="007F12B5">
      <w:pPr>
        <w:rPr>
          <w:lang w:val="es-MX"/>
        </w:rPr>
      </w:pPr>
      <w:r w:rsidRPr="007F12B5">
        <w:rPr>
          <w:lang w:val="es-MX"/>
        </w:rPr>
        <w:t>El proceso de gestión de trabajos finales se realiza de forma manual, utilizando planillas y archivos dispersos. Esto genera demoras, errores en el seguimiento y dificultad para obtener información consolidada. La falta de trazabilidad provoca pérdida de documentos y duplicación de tareas. Por ello, se plantea el desarrollo de un sistema web centralizado que brinde acceso rápido, control de estados y registro histórico de todas las etapas.</w:t>
      </w:r>
    </w:p>
    <w:p w14:paraId="321EF2B2" w14:textId="77777777" w:rsidR="00255D89" w:rsidRPr="007F12B5" w:rsidRDefault="007F12B5">
      <w:pPr>
        <w:rPr>
          <w:lang w:val="es-MX"/>
        </w:rPr>
      </w:pPr>
      <w:r>
        <w:t>💡</w:t>
      </w:r>
      <w:r w:rsidRPr="007F12B5">
        <w:rPr>
          <w:lang w:val="es-MX"/>
        </w:rPr>
        <w:t xml:space="preserve"> Este apartado responde a 'qué problema se aborda' y 'por qué es necesario resolverlo'.</w:t>
      </w:r>
    </w:p>
    <w:p w14:paraId="6851632A" w14:textId="77777777" w:rsidR="007F12B5" w:rsidRPr="003E3773" w:rsidRDefault="007F12B5" w:rsidP="007F12B5">
      <w:pPr>
        <w:pStyle w:val="Ttulo1"/>
        <w:rPr>
          <w:lang w:val="es-MX"/>
        </w:rPr>
      </w:pPr>
      <w:r w:rsidRPr="007F12B5">
        <w:rPr>
          <w:lang w:val="es-MX"/>
        </w:rPr>
        <w:br/>
      </w:r>
      <w:r w:rsidRPr="003E3773">
        <w:rPr>
          <w:lang w:val="es-MX"/>
        </w:rPr>
        <w:t>Objetivos Generales y Específicos</w:t>
      </w:r>
    </w:p>
    <w:p w14:paraId="15562D8F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>Objetivo general: Desarrollar un sistema web que permita la gestión integral y el seguimiento de trabajos finales en el Departamento de Informática, aplicando la metodología PMBOK para la gestión del proyecto.</w:t>
      </w:r>
      <w:r w:rsidRPr="003E3773">
        <w:rPr>
          <w:lang w:val="es-MX"/>
        </w:rPr>
        <w:br/>
      </w:r>
      <w:r w:rsidRPr="003E3773">
        <w:rPr>
          <w:lang w:val="es-MX"/>
        </w:rPr>
        <w:br/>
        <w:t>Objetivos específicos:</w:t>
      </w:r>
      <w:r w:rsidRPr="003E3773">
        <w:rPr>
          <w:lang w:val="es-MX"/>
        </w:rPr>
        <w:br/>
        <w:t>- Analizar los procesos actuales y definir requerimientos funcionales y no funcionales.</w:t>
      </w:r>
      <w:r w:rsidRPr="003E3773">
        <w:rPr>
          <w:lang w:val="es-MX"/>
        </w:rPr>
        <w:br/>
        <w:t>- Diseñar la arquitectura del sistema siguiendo el patrón MVC.</w:t>
      </w:r>
      <w:r w:rsidRPr="003E3773">
        <w:rPr>
          <w:lang w:val="es-MX"/>
        </w:rPr>
        <w:br/>
        <w:t>- Implementar el sistema con tecnologías Java EE, JSF, EJB y Primefaces.</w:t>
      </w:r>
      <w:r w:rsidRPr="003E3773">
        <w:rPr>
          <w:lang w:val="es-MX"/>
        </w:rPr>
        <w:br/>
        <w:t>- Aplicar las fases del proceso RUP.</w:t>
      </w:r>
      <w:r w:rsidRPr="003E3773">
        <w:rPr>
          <w:lang w:val="es-MX"/>
        </w:rPr>
        <w:br/>
        <w:t>- Validar la herramienta con usuarios reales.</w:t>
      </w:r>
    </w:p>
    <w:p w14:paraId="261E7E9F" w14:textId="77777777" w:rsidR="007F12B5" w:rsidRPr="003E3773" w:rsidRDefault="007F12B5" w:rsidP="007F12B5">
      <w:pPr>
        <w:rPr>
          <w:lang w:val="es-MX"/>
        </w:rPr>
      </w:pPr>
      <w:r>
        <w:t>💡</w:t>
      </w:r>
      <w:r w:rsidRPr="003E3773">
        <w:rPr>
          <w:lang w:val="es-MX"/>
        </w:rPr>
        <w:t xml:space="preserve"> Este apartado responde al 'para qué' del proyecto: qué se busca lograr (general) y qué pasos concretos se realizarán (específicos).</w:t>
      </w:r>
    </w:p>
    <w:p w14:paraId="7AEC7206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br/>
      </w:r>
    </w:p>
    <w:p w14:paraId="5BDF4F55" w14:textId="77777777" w:rsidR="007F12B5" w:rsidRPr="003E3773" w:rsidRDefault="007F12B5" w:rsidP="007F12B5">
      <w:pPr>
        <w:pStyle w:val="Ttulo1"/>
        <w:rPr>
          <w:lang w:val="es-MX"/>
        </w:rPr>
      </w:pPr>
      <w:r w:rsidRPr="003E3773">
        <w:rPr>
          <w:lang w:val="es-MX"/>
        </w:rPr>
        <w:t>Marco Teórico</w:t>
      </w:r>
    </w:p>
    <w:p w14:paraId="20F35329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 xml:space="preserve">Se abordan los conceptos de gestión de proyectos según el estándar PMBOK, las áreas de conocimiento (alcance, tiempo, costo, calidad, riesgos, comunicaciones, recursos humanos e integración) y los procesos de dirección. Se complementa con el enfoque RUP, que estructura el desarrollo en fases (inicio, elaboración, construcción y </w:t>
      </w:r>
      <w:r w:rsidRPr="003E3773">
        <w:rPr>
          <w:lang w:val="es-MX"/>
        </w:rPr>
        <w:lastRenderedPageBreak/>
        <w:t>transición). Se utilizan herramientas UML para modelar casos de uso, clases y secuencias, y el patrón de diseño MVC para la arquitectura de software.</w:t>
      </w:r>
    </w:p>
    <w:p w14:paraId="31CA1939" w14:textId="77777777" w:rsidR="007F12B5" w:rsidRPr="003E3773" w:rsidRDefault="007F12B5" w:rsidP="007F12B5">
      <w:pPr>
        <w:rPr>
          <w:lang w:val="es-MX"/>
        </w:rPr>
      </w:pPr>
      <w:r>
        <w:t>💡</w:t>
      </w:r>
      <w:r w:rsidRPr="003E3773">
        <w:rPr>
          <w:lang w:val="es-MX"/>
        </w:rPr>
        <w:t xml:space="preserve"> Este apartado responde a 'qué bases teóricas sustentan el proyecto'. Presenta los conceptos, modelos y referencias que justifican las decisiones técnicas y metodológicas.</w:t>
      </w:r>
    </w:p>
    <w:p w14:paraId="31366491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br/>
      </w:r>
    </w:p>
    <w:p w14:paraId="0EBCE5BF" w14:textId="77777777" w:rsidR="007F12B5" w:rsidRPr="003E3773" w:rsidRDefault="007F12B5" w:rsidP="007F12B5">
      <w:pPr>
        <w:pStyle w:val="Ttulo1"/>
        <w:rPr>
          <w:lang w:val="es-MX"/>
        </w:rPr>
      </w:pPr>
      <w:r w:rsidRPr="003E3773">
        <w:rPr>
          <w:lang w:val="es-MX"/>
        </w:rPr>
        <w:t>Metodología</w:t>
      </w:r>
    </w:p>
    <w:p w14:paraId="7FC68668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>Se adopta una metodología combinada: PMBOK para la gestión y RUP para el desarrollo. PMBOK permite planificar, ejecutar, controlar y cerrar el proyecto, gestionando recursos, costos, tiempos y riesgos. RUP estructura las actividades de desarrollo de software mediante iteraciones, garantizando calidad y adaptabilidad. La investigación es aplicada, con técnicas de observación, entrevistas y análisis documental.</w:t>
      </w:r>
    </w:p>
    <w:p w14:paraId="7E1F428E" w14:textId="77777777" w:rsidR="007F12B5" w:rsidRPr="003E3773" w:rsidRDefault="007F12B5" w:rsidP="007F12B5">
      <w:pPr>
        <w:rPr>
          <w:lang w:val="es-MX"/>
        </w:rPr>
      </w:pPr>
      <w:r>
        <w:t>💡</w:t>
      </w:r>
      <w:r w:rsidRPr="003E3773">
        <w:rPr>
          <w:lang w:val="es-MX"/>
        </w:rPr>
        <w:t xml:space="preserve"> Este apartado responde al 'cómo' se desarrolló el proyecto, describiendo métodos, herramientas y procedimientos utilizados.</w:t>
      </w:r>
    </w:p>
    <w:p w14:paraId="10494EAE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br/>
      </w:r>
    </w:p>
    <w:p w14:paraId="675C1DE2" w14:textId="77777777" w:rsidR="007F12B5" w:rsidRPr="003E3773" w:rsidRDefault="007F12B5" w:rsidP="007F12B5">
      <w:pPr>
        <w:pStyle w:val="Ttulo1"/>
        <w:rPr>
          <w:lang w:val="es-MX"/>
        </w:rPr>
      </w:pPr>
      <w:r w:rsidRPr="003E3773">
        <w:rPr>
          <w:lang w:val="es-MX"/>
        </w:rPr>
        <w:t>Viabilidad del Proyecto</w:t>
      </w:r>
    </w:p>
    <w:p w14:paraId="53F35B8A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>La propuesta es viable técnica y económicamente. El sistema se implementa con tecnologías de código abierto (Java EE, MySQL, Glassfish), evitando costos de licencias. Socialmente es viable, ya que mejora la eficiencia y la comunicación institucional. Ambientalmente no genera impacto, y organizacionalmente promueve la transparencia y el control documental.</w:t>
      </w:r>
    </w:p>
    <w:p w14:paraId="3A0BA150" w14:textId="77777777" w:rsidR="007F12B5" w:rsidRPr="003E3773" w:rsidRDefault="007F12B5" w:rsidP="007F12B5">
      <w:pPr>
        <w:rPr>
          <w:lang w:val="es-MX"/>
        </w:rPr>
      </w:pPr>
      <w:r>
        <w:t>💡</w:t>
      </w:r>
      <w:r w:rsidRPr="003E3773">
        <w:rPr>
          <w:lang w:val="es-MX"/>
        </w:rPr>
        <w:t xml:space="preserve"> Este apartado responde a 'es posible realizarlo con los recursos disponibles y en qué condiciones'.</w:t>
      </w:r>
    </w:p>
    <w:p w14:paraId="6B384E48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br/>
      </w:r>
    </w:p>
    <w:p w14:paraId="6A200049" w14:textId="77777777" w:rsidR="007F12B5" w:rsidRPr="003E3773" w:rsidRDefault="007F12B5" w:rsidP="007F12B5">
      <w:pPr>
        <w:pStyle w:val="Ttulo1"/>
        <w:rPr>
          <w:lang w:val="es-MX"/>
        </w:rPr>
      </w:pPr>
      <w:r w:rsidRPr="003E3773">
        <w:rPr>
          <w:lang w:val="es-MX"/>
        </w:rPr>
        <w:t>Plan de Actividades y Cronograma</w:t>
      </w:r>
    </w:p>
    <w:p w14:paraId="68B7F285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>El plan de trabajo se organizó según las fases del RUP: Inicio, Elaboración, Construcción y Transición. Cada fase incluye actividades específicas: análisis de requerimientos, diseño, implementación y pruebas. Se representó el cronograma mediante un diagrama de Gantt, que muestra las fechas y duración de cada tarea.</w:t>
      </w:r>
    </w:p>
    <w:p w14:paraId="73DFB7C6" w14:textId="77777777" w:rsidR="007F12B5" w:rsidRPr="003E3773" w:rsidRDefault="007F12B5" w:rsidP="007F12B5">
      <w:pPr>
        <w:rPr>
          <w:lang w:val="es-MX"/>
        </w:rPr>
      </w:pPr>
      <w:r>
        <w:lastRenderedPageBreak/>
        <w:t>💡</w:t>
      </w:r>
      <w:r w:rsidRPr="003E3773">
        <w:rPr>
          <w:lang w:val="es-MX"/>
        </w:rPr>
        <w:t xml:space="preserve"> Este apartado responde a 'cuándo y en qué orden se desarrollaron las actividades del proyecto'.</w:t>
      </w:r>
    </w:p>
    <w:p w14:paraId="689A1080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br/>
      </w:r>
    </w:p>
    <w:p w14:paraId="7977FC27" w14:textId="77777777" w:rsidR="007F12B5" w:rsidRPr="003E3773" w:rsidRDefault="007F12B5" w:rsidP="007F12B5">
      <w:pPr>
        <w:pStyle w:val="Ttulo1"/>
        <w:rPr>
          <w:lang w:val="es-MX"/>
        </w:rPr>
      </w:pPr>
      <w:r w:rsidRPr="003E3773">
        <w:rPr>
          <w:lang w:val="es-MX"/>
        </w:rPr>
        <w:t>Resultados Esperados</w:t>
      </w:r>
    </w:p>
    <w:p w14:paraId="0B115577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>Se espera obtener una herramienta web que centralice la información de los trabajos finales, optimice los tiempos de gestión, garantice trazabilidad documental y brinde reportes para la toma de decisiones. Además, se busca validar la metodología combinada PMBOK–RUP como modelo de gestión y desarrollo para futuros proyectos institucionales.</w:t>
      </w:r>
    </w:p>
    <w:p w14:paraId="33085BEC" w14:textId="77777777" w:rsidR="007F12B5" w:rsidRPr="003E3773" w:rsidRDefault="007F12B5" w:rsidP="007F12B5">
      <w:pPr>
        <w:rPr>
          <w:lang w:val="es-MX"/>
        </w:rPr>
      </w:pPr>
      <w:r>
        <w:t>💡</w:t>
      </w:r>
      <w:r w:rsidRPr="003E3773">
        <w:rPr>
          <w:lang w:val="es-MX"/>
        </w:rPr>
        <w:t xml:space="preserve"> Este apartado responde a 'qué se espera obtener al finalizar el proyecto'.</w:t>
      </w:r>
    </w:p>
    <w:p w14:paraId="62BB2E38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br/>
      </w:r>
    </w:p>
    <w:p w14:paraId="41E9111B" w14:textId="77777777" w:rsidR="007F12B5" w:rsidRPr="003E3773" w:rsidRDefault="007F12B5" w:rsidP="007F12B5">
      <w:pPr>
        <w:pStyle w:val="Ttulo1"/>
        <w:rPr>
          <w:lang w:val="es-MX"/>
        </w:rPr>
      </w:pPr>
      <w:r w:rsidRPr="003E3773">
        <w:rPr>
          <w:lang w:val="es-MX"/>
        </w:rPr>
        <w:t>Resultados Obtenidos y Análisis</w:t>
      </w:r>
    </w:p>
    <w:p w14:paraId="25420ED4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>El sistema desarrollado cumple con los objetivos planteados. Permite registrar trabajos, asignar directores, hacer seguimiento de etapas y emitir reportes. La integración de PMBOK y RUP mejoró la planificación, el control de riesgos y la calidad del producto final. Las pruebas con usuarios confirmaron su usabilidad y efectividad.</w:t>
      </w:r>
    </w:p>
    <w:p w14:paraId="723FA292" w14:textId="77777777" w:rsidR="007F12B5" w:rsidRPr="003E3773" w:rsidRDefault="007F12B5" w:rsidP="007F12B5">
      <w:pPr>
        <w:rPr>
          <w:lang w:val="es-MX"/>
        </w:rPr>
      </w:pPr>
      <w:r>
        <w:t>💡</w:t>
      </w:r>
      <w:r w:rsidRPr="003E3773">
        <w:rPr>
          <w:lang w:val="es-MX"/>
        </w:rPr>
        <w:t xml:space="preserve"> Este apartado responde a 'qué se logró realmente y cómo se verificó su efectividad'.</w:t>
      </w:r>
    </w:p>
    <w:p w14:paraId="0E4CA6CA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br/>
      </w:r>
    </w:p>
    <w:p w14:paraId="2DA74EA7" w14:textId="77777777" w:rsidR="007F12B5" w:rsidRPr="003E3773" w:rsidRDefault="007F12B5" w:rsidP="007F12B5">
      <w:pPr>
        <w:pStyle w:val="Ttulo1"/>
        <w:rPr>
          <w:lang w:val="es-MX"/>
        </w:rPr>
      </w:pPr>
      <w:r w:rsidRPr="003E3773">
        <w:rPr>
          <w:lang w:val="es-MX"/>
        </w:rPr>
        <w:t>Conclusiones</w:t>
      </w:r>
    </w:p>
    <w:p w14:paraId="06812A26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>La aplicación conjunta de PMBOK y RUP permitió gestionar de forma integral un proyecto de software académico, optimizando recursos y resultados. El sistema contribuye a la digitalización de procesos y a la transparencia institucional. Se recomienda su extensión a otras áreas y la incorporación de nuevas funcionalidades.</w:t>
      </w:r>
    </w:p>
    <w:p w14:paraId="243AA03D" w14:textId="77777777" w:rsidR="007F12B5" w:rsidRPr="003E3773" w:rsidRDefault="007F12B5" w:rsidP="007F12B5">
      <w:pPr>
        <w:rPr>
          <w:lang w:val="es-MX"/>
        </w:rPr>
      </w:pPr>
      <w:r>
        <w:t>💡</w:t>
      </w:r>
      <w:r w:rsidRPr="003E3773">
        <w:rPr>
          <w:lang w:val="es-MX"/>
        </w:rPr>
        <w:t xml:space="preserve"> Este apartado responde a 'qué se aprendió y qué aportes concretos deja el trabajo'.</w:t>
      </w:r>
    </w:p>
    <w:p w14:paraId="782212FB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br/>
      </w:r>
    </w:p>
    <w:p w14:paraId="4E3F2AAF" w14:textId="77777777" w:rsidR="007F12B5" w:rsidRPr="003E3773" w:rsidRDefault="007F12B5" w:rsidP="007F12B5">
      <w:pPr>
        <w:pStyle w:val="Ttulo1"/>
        <w:rPr>
          <w:lang w:val="es-MX"/>
        </w:rPr>
      </w:pPr>
      <w:r w:rsidRPr="003E3773">
        <w:rPr>
          <w:lang w:val="es-MX"/>
        </w:rPr>
        <w:lastRenderedPageBreak/>
        <w:t>Referencias Bibliográficas</w:t>
      </w:r>
    </w:p>
    <w:p w14:paraId="68554D05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>Project Management Institute. (2017). *Guía del PMBOK®, Sexta Edición.*</w:t>
      </w:r>
      <w:r w:rsidRPr="003E3773">
        <w:rPr>
          <w:lang w:val="es-MX"/>
        </w:rPr>
        <w:br/>
        <w:t>Pressman, R. (2010). *Ingeniería del software: un enfoque práctico.*</w:t>
      </w:r>
      <w:r w:rsidRPr="003E3773">
        <w:rPr>
          <w:lang w:val="es-MX"/>
        </w:rPr>
        <w:br/>
      </w:r>
      <w:r w:rsidRPr="003C21D4">
        <w:t xml:space="preserve">Jacobson, I., Booch, G. &amp; Rumbaugh, J. (1999). *The Unified Software Development Process.* </w:t>
      </w:r>
      <w:r w:rsidRPr="003E3773">
        <w:rPr>
          <w:lang w:val="es-MX"/>
        </w:rPr>
        <w:t>Addison-Wesley.</w:t>
      </w:r>
    </w:p>
    <w:p w14:paraId="2B78A3AA" w14:textId="77777777" w:rsidR="007F12B5" w:rsidRPr="003E3773" w:rsidRDefault="007F12B5" w:rsidP="007F12B5">
      <w:pPr>
        <w:rPr>
          <w:lang w:val="es-MX"/>
        </w:rPr>
      </w:pPr>
      <w:r>
        <w:t>💡</w:t>
      </w:r>
      <w:r w:rsidRPr="003E3773">
        <w:rPr>
          <w:lang w:val="es-MX"/>
        </w:rPr>
        <w:t xml:space="preserve"> Este apartado responde a 'qué fuentes respaldan la información teórica y metodológica del trabajo'.</w:t>
      </w:r>
    </w:p>
    <w:p w14:paraId="4E2B8B58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br/>
      </w:r>
    </w:p>
    <w:p w14:paraId="778D9FF5" w14:textId="77777777" w:rsidR="007F12B5" w:rsidRPr="003E3773" w:rsidRDefault="007F12B5" w:rsidP="007F12B5">
      <w:pPr>
        <w:pStyle w:val="Ttulo1"/>
        <w:rPr>
          <w:lang w:val="es-MX"/>
        </w:rPr>
      </w:pPr>
      <w:r w:rsidRPr="003E3773">
        <w:rPr>
          <w:lang w:val="es-MX"/>
        </w:rPr>
        <w:t>Anexos</w:t>
      </w:r>
    </w:p>
    <w:p w14:paraId="0F3E76EA" w14:textId="77777777" w:rsidR="007F12B5" w:rsidRPr="003E3773" w:rsidRDefault="007F12B5" w:rsidP="007F12B5">
      <w:pPr>
        <w:rPr>
          <w:lang w:val="es-MX"/>
        </w:rPr>
      </w:pPr>
      <w:r w:rsidRPr="003E3773">
        <w:rPr>
          <w:lang w:val="es-MX"/>
        </w:rPr>
        <w:t>Se incluyen diagramas UML, capturas de pantallas de la aplicación, planillas de requerimientos, y el cronograma de actividades detallado.</w:t>
      </w:r>
    </w:p>
    <w:p w14:paraId="6A649AB0" w14:textId="77777777" w:rsidR="007F12B5" w:rsidRPr="003E3773" w:rsidRDefault="007F12B5" w:rsidP="007F12B5">
      <w:pPr>
        <w:rPr>
          <w:lang w:val="es-MX"/>
        </w:rPr>
      </w:pPr>
      <w:r>
        <w:t>💡</w:t>
      </w:r>
      <w:r w:rsidRPr="003E3773">
        <w:rPr>
          <w:lang w:val="es-MX"/>
        </w:rPr>
        <w:t xml:space="preserve"> Este apartado responde a 'qué material complementario respalda o amplía el contenido principal del trabajo'.</w:t>
      </w:r>
    </w:p>
    <w:p w14:paraId="308F4E2B" w14:textId="77777777" w:rsidR="00255D89" w:rsidRPr="007F12B5" w:rsidRDefault="00255D89">
      <w:pPr>
        <w:rPr>
          <w:lang w:val="es-MX"/>
        </w:rPr>
      </w:pPr>
    </w:p>
    <w:sectPr w:rsidR="00255D89" w:rsidRPr="007F12B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28310528">
    <w:abstractNumId w:val="8"/>
  </w:num>
  <w:num w:numId="2" w16cid:durableId="1948613634">
    <w:abstractNumId w:val="6"/>
  </w:num>
  <w:num w:numId="3" w16cid:durableId="804665215">
    <w:abstractNumId w:val="5"/>
  </w:num>
  <w:num w:numId="4" w16cid:durableId="593704721">
    <w:abstractNumId w:val="4"/>
  </w:num>
  <w:num w:numId="5" w16cid:durableId="33819861">
    <w:abstractNumId w:val="7"/>
  </w:num>
  <w:num w:numId="6" w16cid:durableId="703603809">
    <w:abstractNumId w:val="3"/>
  </w:num>
  <w:num w:numId="7" w16cid:durableId="748959762">
    <w:abstractNumId w:val="2"/>
  </w:num>
  <w:num w:numId="8" w16cid:durableId="1467089392">
    <w:abstractNumId w:val="1"/>
  </w:num>
  <w:num w:numId="9" w16cid:durableId="235672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55D89"/>
    <w:rsid w:val="0029639D"/>
    <w:rsid w:val="00326F90"/>
    <w:rsid w:val="003C21D4"/>
    <w:rsid w:val="007F12B5"/>
    <w:rsid w:val="00AA1D8D"/>
    <w:rsid w:val="00B47730"/>
    <w:rsid w:val="00CB0664"/>
    <w:rsid w:val="00F3392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696439B"/>
  <w14:defaultImageDpi w14:val="300"/>
  <w15:docId w15:val="{BDD5B639-6489-4BD3-8C55-C3E951E7C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28954BE-9696-4551-8319-1CEF4310D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1276</Words>
  <Characters>7023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8283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cristian moreno</cp:lastModifiedBy>
  <cp:revision>3</cp:revision>
  <dcterms:created xsi:type="dcterms:W3CDTF">2013-12-23T23:15:00Z</dcterms:created>
  <dcterms:modified xsi:type="dcterms:W3CDTF">2026-04-10T20:43:00Z</dcterms:modified>
  <cp:category/>
</cp:coreProperties>
</file>